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［会議名］議事録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日時</w:t>
            </w:r>
          </w:p>
        </w:tc>
        <w:tc>
          <w:tcPr>
            <w:tcW w:type="dxa" w:w="4320"/>
          </w:tcPr>
          <w:p>
            <w:r>
              <w:t>YYYY年MM月DD日（曜日）HH:MM〜HH:MM</w:t>
            </w:r>
          </w:p>
        </w:tc>
      </w:tr>
      <w:tr>
        <w:tc>
          <w:tcPr>
            <w:tcW w:type="dxa" w:w="4320"/>
          </w:tcPr>
          <w:p>
            <w:r>
              <w:t>場所</w:t>
            </w:r>
          </w:p>
        </w:tc>
        <w:tc>
          <w:tcPr>
            <w:tcW w:type="dxa" w:w="4320"/>
          </w:tcPr>
          <w:p>
            <w:r>
              <w:t>［会議室／オンライン］</w:t>
            </w:r>
          </w:p>
        </w:tc>
      </w:tr>
      <w:tr>
        <w:tc>
          <w:tcPr>
            <w:tcW w:type="dxa" w:w="4320"/>
          </w:tcPr>
          <w:p>
            <w:r>
              <w:t>出席者</w:t>
            </w:r>
          </w:p>
        </w:tc>
        <w:tc>
          <w:tcPr>
            <w:tcW w:type="dxa" w:w="4320"/>
          </w:tcPr>
          <w:p>
            <w:r>
              <w:t>［社内］／［社外］</w:t>
            </w:r>
          </w:p>
        </w:tc>
      </w:tr>
      <w:tr>
        <w:tc>
          <w:tcPr>
            <w:tcW w:type="dxa" w:w="4320"/>
          </w:tcPr>
          <w:p>
            <w:r>
              <w:t>欠席者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議題</w:t>
            </w:r>
          </w:p>
        </w:tc>
        <w:tc>
          <w:tcPr>
            <w:tcW w:type="dxa" w:w="4320"/>
          </w:tcPr>
          <w:p>
            <w:r>
              <w:t xml:space="preserve">1. </w:t>
              <w:br/>
              <w:t xml:space="preserve">2. </w:t>
            </w:r>
          </w:p>
        </w:tc>
      </w:tr>
      <w:tr>
        <w:tc>
          <w:tcPr>
            <w:tcW w:type="dxa" w:w="4320"/>
          </w:tcPr>
          <w:p>
            <w:r>
              <w:t>作成者・作成日</w:t>
            </w:r>
          </w:p>
        </w:tc>
        <w:tc>
          <w:tcPr>
            <w:tcW w:type="dxa" w:w="4320"/>
          </w:tcPr>
          <w:p>
            <w:r>
              <w:t>［氏名］（YYYY年MM月DD日作成）</w:t>
            </w:r>
          </w:p>
        </w:tc>
      </w:tr>
    </w:tbl>
    <w:p>
      <w:pPr>
        <w:pStyle w:val="Heading2"/>
      </w:pPr>
      <w:r>
        <w:t>1. 決定事項</w:t>
      </w:r>
    </w:p>
    <w:p>
      <w:pPr>
        <w:pStyle w:val="ListBullet"/>
      </w:pPr>
    </w:p>
    <w:p>
      <w:pPr>
        <w:pStyle w:val="Heading2"/>
      </w:pPr>
      <w:r>
        <w:t>2. 宿題（担当・やること・期限）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担当</w:t>
            </w:r>
          </w:p>
        </w:tc>
        <w:tc>
          <w:tcPr>
            <w:tcW w:type="dxa" w:w="2880"/>
          </w:tcPr>
          <w:p>
            <w:r>
              <w:t>やること</w:t>
            </w:r>
          </w:p>
        </w:tc>
        <w:tc>
          <w:tcPr>
            <w:tcW w:type="dxa" w:w="2880"/>
          </w:tcPr>
          <w:p>
            <w:r>
              <w:t>期限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t>3. 保留（次回に持ち越す論点）</w:t>
      </w:r>
    </w:p>
    <w:p>
      <w:pPr>
        <w:pStyle w:val="ListBullet"/>
      </w:pPr>
    </w:p>
    <w:p>
      <w:pPr>
        <w:pStyle w:val="Heading2"/>
      </w:pPr>
      <w:r>
        <w:t>4. 議題ごとの要点</w:t>
      </w:r>
    </w:p>
    <w:p>
      <w:r>
        <w:t>議題1：［議題名］</w:t>
      </w:r>
    </w:p>
    <w:p>
      <w:pPr>
        <w:pStyle w:val="ListBullet"/>
      </w:pPr>
    </w:p>
    <w:p>
      <w:pPr>
        <w:pStyle w:val="Heading2"/>
      </w:pPr>
      <w:r>
        <w:t>5. 次回</w:t>
      </w:r>
    </w:p>
    <w:p>
      <w:r>
        <w:t>日時：</w:t>
      </w:r>
    </w:p>
    <w:p>
      <w:r>
        <w:t>議題の候補：</w:t>
      </w:r>
    </w:p>
    <w:p>
      <w:r>
        <w:t>※ 確認できていない部分は「（要確認）」と付けて残す。配る前に出席者に確認してもらう。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</dc:title>
  <dc:subject/>
  <dc:creator>Coadex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